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/>
      </w:pPr>
      <w:r>
        <w:rPr>
          <w:rFonts w:ascii="Georgia" w:hAnsi="Georgia"/>
          <w:b/>
          <w:color w:val="8B3A26"/>
          <w:sz w:val="48"/>
        </w:rPr>
        <w:t>Travel Itinerary with Budget Tracker</w:t>
      </w:r>
    </w:p>
    <w:p>
      <w:pPr>
        <w:spacing w:after="240"/>
      </w:pPr>
      <w:r>
        <w:rPr>
          <w:color w:val="696057"/>
          <w:sz w:val="19"/>
        </w:rPr>
        <w:t>Schedule the trip and keep every category on budget.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3456"/>
        <w:gridCol w:w="3456"/>
        <w:gridCol w:w="3456"/>
        <w:gridCol w:w="3456"/>
      </w:tblGrid>
      <w:tr>
        <w:tc>
          <w:tcPr>
            <w:tcW w:type="dxa" w:w="3384"/>
            <w:shd w:fill="F7F2EA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b/>
                <w:color w:val="8B3A26"/>
                <w:sz w:val="14"/>
              </w:rPr>
              <w:t>Trip / Destination</w:t>
              <w:br/>
            </w:r>
            <w:r>
              <w:rPr>
                <w:i/>
                <w:color w:val="696057"/>
              </w:rPr>
              <w:t>Example: Add details</w:t>
            </w:r>
          </w:p>
        </w:tc>
        <w:tc>
          <w:tcPr>
            <w:tcW w:type="dxa" w:w="3384"/>
            <w:shd w:fill="F7F2EA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b/>
                <w:color w:val="8B3A26"/>
                <w:sz w:val="14"/>
              </w:rPr>
              <w:t>Travel dates</w:t>
              <w:br/>
            </w:r>
            <w:r>
              <w:rPr>
                <w:i/>
                <w:color w:val="696057"/>
              </w:rPr>
              <w:t>Example: Add details</w:t>
            </w:r>
          </w:p>
        </w:tc>
        <w:tc>
          <w:tcPr>
            <w:tcW w:type="dxa" w:w="3384"/>
            <w:shd w:fill="F7F2EA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b/>
                <w:color w:val="8B3A26"/>
                <w:sz w:val="14"/>
              </w:rPr>
              <w:t>Travelers</w:t>
              <w:br/>
            </w:r>
            <w:r>
              <w:rPr>
                <w:i/>
                <w:color w:val="696057"/>
              </w:rPr>
              <w:t>Example: Add details</w:t>
            </w:r>
          </w:p>
        </w:tc>
        <w:tc>
          <w:tcPr>
            <w:tcW w:type="dxa" w:w="3384"/>
            <w:shd w:fill="F7F2EA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b/>
                <w:color w:val="8B3A26"/>
                <w:sz w:val="14"/>
              </w:rPr>
              <w:t>Emergency contact</w:t>
              <w:br/>
            </w:r>
            <w:r>
              <w:rPr>
                <w:i/>
                <w:color w:val="696057"/>
              </w:rPr>
              <w:t>Example: Add details</w:t>
            </w:r>
          </w:p>
        </w:tc>
      </w:tr>
    </w:tbl>
    <w:p>
      <w:pPr>
        <w:spacing w:after="40"/>
      </w:pP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2304"/>
        <w:gridCol w:w="2304"/>
        <w:gridCol w:w="2304"/>
        <w:gridCol w:w="2304"/>
        <w:gridCol w:w="2304"/>
        <w:gridCol w:w="2304"/>
      </w:tblGrid>
      <w:tr>
        <w:tc>
          <w:tcPr>
            <w:tcW w:type="dxa" w:w="1830"/>
            <w:vAlign w:val="center"/>
            <w:shd w:fill="BF5B3D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15"/>
              </w:rPr>
              <w:t>DAY</w:t>
            </w:r>
          </w:p>
        </w:tc>
        <w:tc>
          <w:tcPr>
            <w:tcW w:type="dxa" w:w="2033"/>
            <w:vAlign w:val="center"/>
            <w:shd w:fill="BF5B3D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15"/>
              </w:rPr>
              <w:t>PLAN</w:t>
            </w:r>
          </w:p>
        </w:tc>
        <w:tc>
          <w:tcPr>
            <w:tcW w:type="dxa" w:w="2846"/>
            <w:vAlign w:val="center"/>
            <w:shd w:fill="BF5B3D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15"/>
              </w:rPr>
              <w:t>CATEGORY</w:t>
            </w:r>
          </w:p>
        </w:tc>
        <w:tc>
          <w:tcPr>
            <w:tcW w:type="dxa" w:w="2440"/>
            <w:vAlign w:val="center"/>
            <w:shd w:fill="BF5B3D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15"/>
              </w:rPr>
              <w:t>BUDGET</w:t>
            </w:r>
          </w:p>
        </w:tc>
        <w:tc>
          <w:tcPr>
            <w:tcW w:type="dxa" w:w="2440"/>
            <w:vAlign w:val="center"/>
            <w:shd w:fill="BF5B3D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15"/>
              </w:rPr>
              <w:t>ACTUAL</w:t>
            </w:r>
          </w:p>
        </w:tc>
        <w:tc>
          <w:tcPr>
            <w:tcW w:type="dxa" w:w="2236"/>
            <w:vAlign w:val="center"/>
            <w:shd w:fill="BF5B3D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left"/>
            </w:pPr>
            <w:r>
              <w:rPr>
                <w:b/>
                <w:color w:val="FFFFFF"/>
                <w:sz w:val="15"/>
              </w:rPr>
              <w:t>NOTES</w:t>
            </w:r>
          </w:p>
        </w:tc>
      </w:tr>
      <w:tr>
        <w:tc>
          <w:tcPr>
            <w:tcW w:type="dxa" w:w="1830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Day 1</w:t>
            </w:r>
          </w:p>
        </w:tc>
        <w:tc>
          <w:tcPr>
            <w:tcW w:type="dxa" w:w="2033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Example: Airport transfer</w:t>
            </w:r>
          </w:p>
        </w:tc>
        <w:tc>
          <w:tcPr>
            <w:tcW w:type="dxa" w:w="2846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Transport</w:t>
            </w:r>
          </w:p>
        </w:tc>
        <w:tc>
          <w:tcPr>
            <w:tcW w:type="dxa" w:w="2440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$45.00</w:t>
            </w:r>
          </w:p>
        </w:tc>
        <w:tc>
          <w:tcPr>
            <w:tcW w:type="dxa" w:w="2440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$42.00</w:t>
            </w:r>
          </w:p>
        </w:tc>
        <w:tc>
          <w:tcPr>
            <w:tcW w:type="dxa" w:w="2236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Example: Shared shuttle</w:t>
            </w:r>
          </w:p>
        </w:tc>
      </w:tr>
      <w:tr>
        <w:tc>
          <w:tcPr>
            <w:tcW w:type="dxa" w:w="1830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Day 1</w:t>
            </w:r>
          </w:p>
        </w:tc>
        <w:tc>
          <w:tcPr>
            <w:tcW w:type="dxa" w:w="2033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Example: Hotel check-in</w:t>
            </w:r>
          </w:p>
        </w:tc>
        <w:tc>
          <w:tcPr>
            <w:tcW w:type="dxa" w:w="2846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Stay</w:t>
            </w:r>
          </w:p>
        </w:tc>
        <w:tc>
          <w:tcPr>
            <w:tcW w:type="dxa" w:w="2440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$180.00</w:t>
            </w:r>
          </w:p>
        </w:tc>
        <w:tc>
          <w:tcPr>
            <w:tcW w:type="dxa" w:w="2440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$180.00</w:t>
            </w:r>
          </w:p>
        </w:tc>
        <w:tc>
          <w:tcPr>
            <w:tcW w:type="dxa" w:w="2236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Example: Breakfast included</w:t>
            </w:r>
          </w:p>
        </w:tc>
      </w:tr>
      <w:tr>
        <w:tc>
          <w:tcPr>
            <w:tcW w:type="dxa" w:w="1830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Day 2</w:t>
            </w:r>
          </w:p>
        </w:tc>
        <w:tc>
          <w:tcPr>
            <w:tcW w:type="dxa" w:w="2033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Example: Museum tickets</w:t>
            </w:r>
          </w:p>
        </w:tc>
        <w:tc>
          <w:tcPr>
            <w:tcW w:type="dxa" w:w="2846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Activities</w:t>
            </w:r>
          </w:p>
        </w:tc>
        <w:tc>
          <w:tcPr>
            <w:tcW w:type="dxa" w:w="2440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$60.00</w:t>
            </w:r>
          </w:p>
        </w:tc>
        <w:tc>
          <w:tcPr>
            <w:tcW w:type="dxa" w:w="2440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$54.00</w:t>
            </w:r>
          </w:p>
        </w:tc>
        <w:tc>
          <w:tcPr>
            <w:tcW w:type="dxa" w:w="2236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Example: Book online</w:t>
            </w:r>
          </w:p>
        </w:tc>
      </w:tr>
      <w:tr>
        <w:tc>
          <w:tcPr>
            <w:tcW w:type="dxa" w:w="1830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Day 2</w:t>
            </w:r>
          </w:p>
        </w:tc>
        <w:tc>
          <w:tcPr>
            <w:tcW w:type="dxa" w:w="2033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Example: Dinner</w:t>
            </w:r>
          </w:p>
        </w:tc>
        <w:tc>
          <w:tcPr>
            <w:tcW w:type="dxa" w:w="2846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Food</w:t>
            </w:r>
          </w:p>
        </w:tc>
        <w:tc>
          <w:tcPr>
            <w:tcW w:type="dxa" w:w="2440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$85.00</w:t>
            </w:r>
          </w:p>
        </w:tc>
        <w:tc>
          <w:tcPr>
            <w:tcW w:type="dxa" w:w="2440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$79.00</w:t>
            </w:r>
          </w:p>
        </w:tc>
        <w:tc>
          <w:tcPr>
            <w:tcW w:type="dxa" w:w="2236"/>
            <w:vAlign w:val="center"/>
            <w:shd w:fill="F1EFEA"/>
            <w:tcMar>
              <w:top w:w="115" w:type="dxa"/>
              <w:start w:w="120" w:type="dxa"/>
              <w:bottom w:w="115" w:type="dxa"/>
              <w:end w:w="120" w:type="dxa"/>
            </w:tcMar>
          </w:tcPr>
          <w:p>
            <w:r>
              <w:rPr>
                <w:i/>
                <w:color w:val="696057"/>
                <w:sz w:val="17"/>
              </w:rPr>
              <w:t>Example: Reservation 7 PM</w:t>
            </w:r>
          </w:p>
        </w:tc>
      </w:tr>
      <w:tr>
        <w:tc>
          <w:tcPr>
            <w:tcW w:type="dxa" w:w="1830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2033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2846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2440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2440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2236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</w:tr>
      <w:tr>
        <w:tc>
          <w:tcPr>
            <w:tcW w:type="dxa" w:w="1830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2033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2846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2440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2440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2236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</w:tr>
      <w:tr>
        <w:tc>
          <w:tcPr>
            <w:tcW w:type="dxa" w:w="1830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2033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2846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2440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2440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2236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</w:tr>
      <w:tr>
        <w:tc>
          <w:tcPr>
            <w:tcW w:type="dxa" w:w="1830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2033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2846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2440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2440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  <w:tc>
          <w:tcPr>
            <w:tcW w:type="dxa" w:w="2236"/>
            <w:tcMar>
              <w:top w:w="150" w:type="dxa"/>
              <w:start w:w="120" w:type="dxa"/>
              <w:bottom w:w="150" w:type="dxa"/>
              <w:end w:w="120" w:type="dxa"/>
            </w:tcMar>
          </w:tcPr>
          <w:p/>
        </w:tc>
      </w:tr>
      <w:tr>
        <w:tc>
          <w:tcPr>
            <w:tcW w:type="dxa" w:w="6912"/>
            <w:gridSpan w:val="3"/>
          </w:tcPr>
          <w:p>
            <w:r>
              <w:rPr>
                <w:b/>
                <w:color w:val="8B3A26"/>
              </w:rPr>
              <w:t>TOTAL</w:t>
            </w:r>
          </w:p>
        </w:tc>
        <w:tc>
          <w:tcPr>
            <w:tcW w:type="dxa" w:w="2304"/>
            <w:shd w:fill="F7F2EA"/>
          </w:tcPr>
          <w:p>
            <w:r>
              <w:rPr>
                <w:b/>
                <w:color w:val="8B3A26"/>
                <w:sz w:val="16"/>
              </w:rPr>
              <w:t>Total in XLSX</w:t>
            </w:r>
          </w:p>
        </w:tc>
        <w:tc>
          <w:tcPr>
            <w:tcW w:type="dxa" w:w="2304"/>
            <w:shd w:fill="F7F2EA"/>
          </w:tcPr>
          <w:p>
            <w:r>
              <w:rPr>
                <w:b/>
                <w:color w:val="8B3A26"/>
                <w:sz w:val="16"/>
              </w:rPr>
              <w:t>Total in XLSX</w:t>
            </w:r>
          </w:p>
        </w:tc>
        <w:tc>
          <w:tcPr>
            <w:tcW w:type="dxa" w:w="2304"/>
          </w:tcPr>
          <w:p/>
        </w:tc>
      </w:tr>
    </w:tbl>
    <w:p>
      <w:pPr>
        <w:spacing w:before="120" w:after="0"/>
      </w:pPr>
      <w:r>
        <w:rPr>
          <w:rFonts w:ascii="Arial" w:hAnsi="Arial"/>
          <w:i/>
          <w:color w:val="696057"/>
          <w:sz w:val="16"/>
        </w:rPr>
        <w:t>Tip: duplicate the table above to add more days</w:t>
      </w:r>
    </w:p>
    <w:sectPr w:rsidR="00FC693F" w:rsidRPr="0006063C" w:rsidSect="00034616">
      <w:footerReference w:type="default" r:id="rId9"/>
      <w:pgSz w:w="15840" w:h="12240" w:orient="landscape"/>
      <w:pgMar w:top="936" w:right="1008" w:bottom="936" w:left="1008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b/>
        <w:color w:val="696057"/>
        <w:sz w:val="14"/>
      </w:rPr>
      <w:t>ITINERARY TEMPLATES  ·  TRAVEL ITINERARY TEMPLATE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64" w:lineRule="auto"/>
    </w:pPr>
    <w:rPr>
      <w:rFonts w:ascii="Arial" w:hAnsi="Arial"/>
      <w:color w:val="2F2A24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