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Group Trip Itinerary</w:t>
      </w:r>
    </w:p>
    <w:p>
      <w:pPr>
        <w:spacing w:after="240"/>
      </w:pPr>
      <w:r>
        <w:rPr>
          <w:color w:val="696057"/>
          <w:sz w:val="19"/>
        </w:rPr>
        <w:t>Coordinate owners, shared plans, and expense splits.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04"/>
        <w:gridCol w:w="2304"/>
        <w:gridCol w:w="2304"/>
        <w:gridCol w:w="2304"/>
        <w:gridCol w:w="2304"/>
        <w:gridCol w:w="2304"/>
      </w:tblGrid>
      <w:tr>
        <w:tc>
          <w:tcPr>
            <w:tcW w:type="dxa" w:w="2572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DAY / TIME</w:t>
            </w:r>
          </w:p>
        </w:tc>
        <w:tc>
          <w:tcPr>
            <w:tcW w:type="dxa" w:w="1607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PLAN</w:t>
            </w:r>
          </w:p>
        </w:tc>
        <w:tc>
          <w:tcPr>
            <w:tcW w:type="dxa" w:w="1768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090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BOOKED?</w:t>
            </w:r>
          </w:p>
        </w:tc>
        <w:tc>
          <w:tcPr>
            <w:tcW w:type="dxa" w:w="273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SHARED COST</w:t>
            </w:r>
          </w:p>
        </w:tc>
        <w:tc>
          <w:tcPr>
            <w:tcW w:type="dxa" w:w="3054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SPLIT / NOTES</w:t>
            </w:r>
          </w:p>
        </w:tc>
      </w:tr>
      <w:tr>
        <w:tc>
          <w:tcPr>
            <w:tcW w:type="dxa" w:w="257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Fri · 6:00 PM</w:t>
            </w:r>
          </w:p>
        </w:tc>
        <w:tc>
          <w:tcPr>
            <w:tcW w:type="dxa" w:w="16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Group dinner</w:t>
            </w:r>
          </w:p>
        </w:tc>
        <w:tc>
          <w:tcPr>
            <w:tcW w:type="dxa" w:w="176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Maya</w:t>
            </w:r>
          </w:p>
        </w:tc>
        <w:tc>
          <w:tcPr>
            <w:tcW w:type="dxa" w:w="209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Yes</w:t>
            </w:r>
          </w:p>
        </w:tc>
        <w:tc>
          <w:tcPr>
            <w:tcW w:type="dxa" w:w="27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$240.00</w:t>
            </w:r>
          </w:p>
        </w:tc>
        <w:tc>
          <w:tcPr>
            <w:tcW w:type="dxa" w:w="305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Split 6 ways</w:t>
            </w:r>
          </w:p>
        </w:tc>
      </w:tr>
      <w:tr>
        <w:tc>
          <w:tcPr>
            <w:tcW w:type="dxa" w:w="257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Sat · 9:00 AM</w:t>
            </w:r>
          </w:p>
        </w:tc>
        <w:tc>
          <w:tcPr>
            <w:tcW w:type="dxa" w:w="16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Walking tour</w:t>
            </w:r>
          </w:p>
        </w:tc>
        <w:tc>
          <w:tcPr>
            <w:tcW w:type="dxa" w:w="176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Theo</w:t>
            </w:r>
          </w:p>
        </w:tc>
        <w:tc>
          <w:tcPr>
            <w:tcW w:type="dxa" w:w="209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Yes</w:t>
            </w:r>
          </w:p>
        </w:tc>
        <w:tc>
          <w:tcPr>
            <w:tcW w:type="dxa" w:w="27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$150.00</w:t>
            </w:r>
          </w:p>
        </w:tc>
        <w:tc>
          <w:tcPr>
            <w:tcW w:type="dxa" w:w="305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Alex paid</w:t>
            </w:r>
          </w:p>
        </w:tc>
      </w:tr>
      <w:tr>
        <w:tc>
          <w:tcPr>
            <w:tcW w:type="dxa" w:w="257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Sat · 3:00 PM</w:t>
            </w:r>
          </w:p>
        </w:tc>
        <w:tc>
          <w:tcPr>
            <w:tcW w:type="dxa" w:w="16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Free time</w:t>
            </w:r>
          </w:p>
        </w:tc>
        <w:tc>
          <w:tcPr>
            <w:tcW w:type="dxa" w:w="176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Everyone</w:t>
            </w:r>
          </w:p>
        </w:tc>
        <w:tc>
          <w:tcPr>
            <w:tcW w:type="dxa" w:w="209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No</w:t>
            </w:r>
          </w:p>
        </w:tc>
        <w:tc>
          <w:tcPr>
            <w:tcW w:type="dxa" w:w="27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$0.00</w:t>
            </w:r>
          </w:p>
        </w:tc>
        <w:tc>
          <w:tcPr>
            <w:tcW w:type="dxa" w:w="305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Meet at hotel 6 PM</w:t>
            </w:r>
          </w:p>
        </w:tc>
      </w:tr>
      <w:tr>
        <w:tc>
          <w:tcPr>
            <w:tcW w:type="dxa" w:w="257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Sun · 10:00 AM</w:t>
            </w:r>
          </w:p>
        </w:tc>
        <w:tc>
          <w:tcPr>
            <w:tcW w:type="dxa" w:w="160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Brunch</w:t>
            </w:r>
          </w:p>
        </w:tc>
        <w:tc>
          <w:tcPr>
            <w:tcW w:type="dxa" w:w="176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Sam</w:t>
            </w:r>
          </w:p>
        </w:tc>
        <w:tc>
          <w:tcPr>
            <w:tcW w:type="dxa" w:w="209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Yes</w:t>
            </w:r>
          </w:p>
        </w:tc>
        <w:tc>
          <w:tcPr>
            <w:tcW w:type="dxa" w:w="27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$180.00</w:t>
            </w:r>
          </w:p>
        </w:tc>
        <w:tc>
          <w:tcPr>
            <w:tcW w:type="dxa" w:w="305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Settle in shared app</w:t>
            </w:r>
          </w:p>
        </w:tc>
      </w:tr>
      <w:tr>
        <w:tc>
          <w:tcPr>
            <w:tcW w:type="dxa" w:w="257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6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6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9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05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57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6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6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9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05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57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6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6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9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05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57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60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6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9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7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05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9216"/>
            <w:gridSpan w:val="4"/>
          </w:tcPr>
          <w:p>
            <w:r>
              <w:rPr>
                <w:b/>
                <w:color w:val="8B3A26"/>
              </w:rPr>
              <w:t>TOTAL</w:t>
            </w:r>
          </w:p>
        </w:tc>
        <w:tc>
          <w:tcPr>
            <w:tcW w:type="dxa" w:w="2304"/>
            <w:shd w:fill="F7F2EA"/>
          </w:tcPr>
          <w:p>
            <w:r>
              <w:rPr>
                <w:b/>
                <w:color w:val="8B3A26"/>
                <w:sz w:val="16"/>
              </w:rPr>
              <w:t>Total in XLSX</w:t>
            </w:r>
          </w:p>
        </w:tc>
        <w:tc>
          <w:tcPr>
            <w:tcW w:type="dxa" w:w="2304"/>
          </w:tcPr>
          <w:p/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