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Georgia" w:hAnsi="Georgia"/>
          <w:b/>
          <w:color w:val="8B3A26"/>
          <w:sz w:val="48"/>
        </w:rPr>
        <w:t>Simple One-Page Trip Itinerary</w:t>
      </w:r>
    </w:p>
    <w:p>
      <w:pPr>
        <w:spacing w:after="240"/>
      </w:pPr>
      <w:r>
        <w:rPr>
          <w:color w:val="696057"/>
          <w:sz w:val="19"/>
        </w:rPr>
        <w:t>The essential trip details, kept on one clean page.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  <w:gridCol w:w="3456"/>
      </w:tblGrid>
      <w:tr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Trip / Destination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 dates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Travelers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Emergency contact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765"/>
        <w:gridCol w:w="2765"/>
        <w:gridCol w:w="2765"/>
        <w:gridCol w:w="2765"/>
        <w:gridCol w:w="2765"/>
      </w:tblGrid>
      <w:tr>
        <w:tc>
          <w:tcPr>
            <w:tcW w:type="dxa" w:w="1920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DATE</w:t>
            </w:r>
          </w:p>
        </w:tc>
        <w:tc>
          <w:tcPr>
            <w:tcW w:type="dxa" w:w="2496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MORNING</w:t>
            </w:r>
          </w:p>
        </w:tc>
        <w:tc>
          <w:tcPr>
            <w:tcW w:type="dxa" w:w="2880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AFTERNOON</w:t>
            </w:r>
          </w:p>
        </w:tc>
        <w:tc>
          <w:tcPr>
            <w:tcW w:type="dxa" w:w="2496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EVENING</w:t>
            </w:r>
          </w:p>
        </w:tc>
        <w:tc>
          <w:tcPr>
            <w:tcW w:type="dxa" w:w="4032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STAY / KEY NOTE</w:t>
            </w:r>
          </w:p>
        </w:tc>
      </w:tr>
      <w:tr>
        <w:tc>
          <w:tcPr>
            <w:tcW w:type="dxa" w:w="192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Fri</w:t>
            </w:r>
          </w:p>
        </w:tc>
        <w:tc>
          <w:tcPr>
            <w:tcW w:type="dxa" w:w="249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Arrive and drop bags</w:t>
            </w:r>
          </w:p>
        </w:tc>
        <w:tc>
          <w:tcPr>
            <w:tcW w:type="dxa" w:w="288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Old Town walk</w:t>
            </w:r>
          </w:p>
        </w:tc>
        <w:tc>
          <w:tcPr>
            <w:tcW w:type="dxa" w:w="249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Casual dinner</w:t>
            </w:r>
          </w:p>
        </w:tc>
        <w:tc>
          <w:tcPr>
            <w:tcW w:type="dxa" w:w="403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Harbor Hotel</w:t>
            </w:r>
          </w:p>
        </w:tc>
      </w:tr>
      <w:tr>
        <w:tc>
          <w:tcPr>
            <w:tcW w:type="dxa" w:w="192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Sat</w:t>
            </w:r>
          </w:p>
        </w:tc>
        <w:tc>
          <w:tcPr>
            <w:tcW w:type="dxa" w:w="249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Local market</w:t>
            </w:r>
          </w:p>
        </w:tc>
        <w:tc>
          <w:tcPr>
            <w:tcW w:type="dxa" w:w="288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Gallery visit</w:t>
            </w:r>
          </w:p>
        </w:tc>
        <w:tc>
          <w:tcPr>
            <w:tcW w:type="dxa" w:w="249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Sunset cruise</w:t>
            </w:r>
          </w:p>
        </w:tc>
        <w:tc>
          <w:tcPr>
            <w:tcW w:type="dxa" w:w="403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Cruise at 6 PM</w:t>
            </w:r>
          </w:p>
        </w:tc>
      </w:tr>
      <w:tr>
        <w:tc>
          <w:tcPr>
            <w:tcW w:type="dxa" w:w="192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Sun</w:t>
            </w:r>
          </w:p>
        </w:tc>
        <w:tc>
          <w:tcPr>
            <w:tcW w:type="dxa" w:w="249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Café breakfast</w:t>
            </w:r>
          </w:p>
        </w:tc>
        <w:tc>
          <w:tcPr>
            <w:tcW w:type="dxa" w:w="288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Souvenir stop</w:t>
            </w:r>
          </w:p>
        </w:tc>
        <w:tc>
          <w:tcPr>
            <w:tcW w:type="dxa" w:w="249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Depart</w:t>
            </w:r>
          </w:p>
        </w:tc>
        <w:tc>
          <w:tcPr>
            <w:tcW w:type="dxa" w:w="403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Airport train 4 PM</w:t>
            </w:r>
          </w:p>
        </w:tc>
      </w:tr>
      <w:tr>
        <w:tc>
          <w:tcPr>
            <w:tcW w:type="dxa" w:w="192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9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8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9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403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92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9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8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9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403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92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9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8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9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403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92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9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8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9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403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</w:tbl>
    <w:p>
      <w:pPr>
        <w:spacing w:before="120" w:after="0"/>
      </w:pPr>
      <w:r>
        <w:rPr>
          <w:rFonts w:ascii="Arial" w:hAnsi="Arial"/>
          <w:i/>
          <w:color w:val="696057"/>
          <w:sz w:val="16"/>
        </w:rPr>
        <w:t>Tip: duplicate the table above to add more days</w:t>
      </w:r>
    </w:p>
    <w:sectPr w:rsidR="00FC693F" w:rsidRPr="0006063C" w:rsidSect="00034616">
      <w:footerReference w:type="default" r:id="rId9"/>
      <w:pgSz w:w="15840" w:h="12240" w:orient="landscape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b/>
        <w:color w:val="696057"/>
        <w:sz w:val="14"/>
      </w:rPr>
      <w:t>ITINERARY TEMPLATES  ·  TRAVEL ITINERARY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Arial" w:hAnsi="Arial"/>
      <w:color w:val="2F2A2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